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2185-О/2024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26 сентября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Об отказе в принятии к рассмотрению жалобы Федерального профсоюза авиационных диспетчеров России, граждан Мишуры Олега Александровича и Петренко Антона Александровича на нарушение конституционных прав частью третьей статьи 722 Трудового кодекса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Состав суда</w:t>
      </w:r>
    </w:p>
    <w:p>
      <w:pPr>
        <w:spacing w:after="120"/>
        <w:ind w:firstLine="720"/>
        <w:jc w:val="both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Конституционный Суд Российской Федерации в составе Председателя В.Д.Зорькина, судей А.Ю.Бушева, Л.М.Жарковой, С.М.Казанцева, С.Д.Князева, А.Н.Кокотова, Л.О.Красавчиковой, М.Б.Лобова, С.П.Маврина, Н.В.Мельникова, В.А.Сивицкого, рассмотрев вопрос о возможности принятия жалобы Федерального профсоюза авиационных диспетчеров России, граждан О.А.Мишуры и А.А.Петренко к рассмотрению в заседании Конституционного Суда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Доводы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Федеральный профсоюз авиационных диспетчеров России, граждане О.А.Мишура и А.А.Петренко оспаривают конституционность части третьей статьи 722 Трудового кодекса Российской Федерации, согласно которой перевод работника без его согласия на срок до одного месяца на не обусловленную трудовым договором работу у того же работодателя допускается также в случаях простоя (временной приостановки работы по причинам экономического, технологического, технического или организационного характера), необходимости предотвращения уничтожения 2 или порчи имущества либо замещения временно отсутствующего работника, если простой или необходимость предотвращения уничтожения или порчи имущества либо замещения временно отсутствующего работника вызваны чрезвычайными обстоятельствами, указанными в части второй данной статьи; при этом перевод на работу, требующую более низкой квалификации, допускается только с письменного согласия работника. По мнению заявителей, оспариваемая норма, примененная судами в деле заявителей, не соответствует статьям Конституции Российской Федерации, в частности ее статьям 7, 17 (части 1 и 3), 18, 19 (часть 2), 37 (части 1 и 3), 55 (часть 3) и 75 (часть 5), поскольку является неопределенной и по смыслу, придаваемому ей правоприменительной практикой, позволяет работодателю отправлять по собственному усмотрению в простой только часть работников при отсутствии объективных и документально подтвержденных причин экономического, технологического, технического или организационного характера, без указания срока окончания простоя, а также требовать от таких работников присутствия на работе.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принятии к рассмотрению жалобы Федерального профсоюза авиационных диспетчеров России, граждан Мишуры Олега Александровича и Петренко Антона Александровича, поскольку она не отвечает требованиям Федерального конституционного закона «О Конституционном Суде Российской Федерации», в соответствии с которыми жалоба в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2.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 Конституционного Суда Российской Федерации по данной жалобе окончательно и обжалованию не подлежит.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