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Туравинова Олега Юрьевича на нарушение его конституционных прав Указом Президента Российской Федерации «Об объявлении частичной мобилизации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О.Ю.Туравинова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О.Ю.Туравинов, проходящий военную службу по контракту, оспаривает конституционность Указа Президента Российской Федерации от 21 сентября 2022 года № 647 «Об объявлении частичной мобилизации в Российской Федерации». К своей жалобе О.Ю.Туравинов приложил ответ прокуратуры на его обращение по вопросу об увольнении с военной службы в связи с истечением срока контракта в период частичной мобилизации, в котором ему указывалось на невозможность такого увольнения. По мнению заявителя, названный Указ Президента Российской Федерации не соответствует статьям 19 (часть 1), 20 (часть 1), 45 (часть 2) и 2 46 (часть 1) Конституции Российской Федерации в той части, в какой допускает продление действия контракта о прохождении военной службы после окончания установленного в нем срока в связи с объявлением в Российской Федерации частичной мобилизации.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Туравинова Олега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