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855-О/2024</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27 февраля 2024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гражданина Рохманюка Виталия Сергеевича на нарушение его конституционных прав частью первой статьи 40110 Уголовно-процессуального кодекса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С.М.Казанцева, С.Д.Князева, А.Н.Кокотова, Л.О.Красавчиковой, М.Б.Лобова, С.П.Маврина, Н.В.Мельникова, В.А.Сивицкого, рассмотрев вопрос о возможности принятия жалобы гражданина В.С.Рохманюка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Гражданин В.С.Рохманюк, которому постановлением судьи Верховного Суда Российской Федерации и письмом заместителя Председателя того же суда отказано в пересмотре вынесенных в его отношении судебных решений, просит признать не соответствующей статьям 46 (часть 1) и 47 (часть 1) Конституции Российской Федерации часть первую статьи 40110 «Действия суда кассационной инстанции при поступлении кассационных жалобы, представления» УПК Российской Федерации. По утверждению заявителя, данная норма нарушает его права, поскольку ограничивает его конституционное право на судебную защиту в части надлежащего рассмотрения всех заявленных в жалобе доводов. 2</w:t>
      </w:r>
    </w:p>
    <w:p>
      <w:pPr>
        <w:pStyle w:val="Heading3"/>
      </w:pPr>
      <w:r>
        <w:rPr>
          <w:rFonts w:ascii="Times New Roman" w:hAnsi="Times New Roman" w:eastAsia="Times New Roman" w:cs="Times New Roman"/>
          <w:b/>
          <w:i w:val="0"/>
          <w:sz w:val="22"/>
        </w:rPr>
        <w:t>Пункт 2. Выводы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Статья 40110 УПК Российской Федерации в частях первой и второй предусматривает единоличный предварительный порядок изучения судьей суда кассационной инстанции поступивших кассационных жалобы, представления, который, как неоднократно отмечал</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гражданина Рохманюка Виталия Сергеевича,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