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Дзюка Леонида Владимировича на нарушение его конституционных прав частью четверной статьи 7, статьями 75 и 87, частью третьей статьи 240 и пунктом 2 статьи 307 Уголовно-процессуального кодекса Российской Федерации, а также отдельными положениями приказа Минздрава России «О порядке проведения медицинского освидетельствования на состояние опьянения (алкогольного, наркотического или иного токсического)»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Л.В.Дзюка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Л.В.Дзюк, осужденный и отбывающий наказание, просит признать взаимосвязанные часть четвертую статьи 7 «Законность при производстве по уголовному делу», статьи 75 «Недопустимые доказательства», 87 «Проверка доказательств», часть третью статьи 240 «Непосредственность и устность» и пункт 2 статьи 307 «Описательно- мотивировочная часть обвинительного приговора» УПК Российской Федерации, а также отдельные положения приказа Минздрава России от 18 2 декабря 2015 года № 933н «О порядке проведения медицинского освидетельствования на состояние опьянения (алкогольного, наркотического или иного токсического)» противоречащими Конституции Российской Федерации в той мере, в какой они не предусматривают обязанности суда объективно рассматривать уголовное дело, исследовать доказательства, на которых он основывает свои выводы, проверять их относимость и допустимость, исключать недопустимые доказательства и позволяют проводить медицинское освидетельствование в нарушение положений названного приказа.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Дзюка Леонида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