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Янчицкой Светланы Ивановны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С.И.Янчицкой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С.И.Янчицкая, которой суд отказал в удовлетворении административного иска о признании исполнительных производств ничтожными и об их прекращении,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Федерального закона от 21 июля 1997 года № 118-ФЗ «Об органах принудительного исполнения Российской Федерации» и Федерального закона от 2 октября 2007 года № 229-ФЗ «Об исполнительном производстве». 2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С.И.Янчицкая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Янчицкой Светланы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