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Сугоняка Олега Николаевича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О.Н.Сугоняка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О.Н.Сугоняк, которому суд отказал в удовлетворении требований о признании незаконными постановлений судебных приставов- исполнителей,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Федерального закона от 3 февраля 1996 года № 17-ФЗ «О внесении изменений и дополнений в Закон РСФСР «О банках и банковской деятельности в РСФСР», Федерального закона от 21 июля 1997 года № 118-ФЗ «Об органах принудительного исполнения Российской 2 Федерации», Федерального закона от 2 октября 2007 года № 229-ФЗ «Об исполнительном производстве» и Федерального закона от 21 декабря 2013 года № 353-ФЗ «О потребительском кредите (займе)».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О.Н.Сугоняк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Сугоняка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