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Кузьминой Натальи Владимировны и Кузьминой Марины Владимировны на нарушение их конституционных прав подпунктом «б» пункта 23, пунктами 45, 46 и 48 Правил поставки газа для обеспечения коммунально-бытовых нужд граждан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 Н.В.Кузьминой и М.В.Кузьминой вопрос о возможности принятия их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Н.В.Кузьмина и М.В.Кузьмина оспаривают конституционность подпункта «б» пункта 23, пунктов 45, 46 и 48 Правил поставки газа для обеспечения коммунально-бытовых нужд граждан, утвержденных Постановлением Правительства Российской Федерации от 21 июля 2008 года № 549. Из представленных материалов следует, что апелляционным определением суда общей юрисдикции отказано в удовлетворении требований Н.В.Кузьминой, в частности о признании незаконными действий 2 газоснабжающей организации по отключению жилого дома, в котором проживают заявительницы, от газоснабжения. По мнению Н.В.Кузьминой и М.В.Кузьминой, оспариваемые нормы противоречат Конституции Российской Федерации, в частности ее статьям 7 (часть 1) и 9 (часть 1), поскольку позволяют газоснабжающим организациям лишать граждан газоснабжения, являющегося жизненно необходимым для человека.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Кузьминой Натальи Владимировны и Кузьминой Марины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