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3338-О/2023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Михайлычева Сергея Владимировича на нарушение его конституционных прав частью пятой статьи 280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С.В.Михайлычева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С.В.Михайлычев осужден за совершение преступления в отношении своей несовершеннолетней дочери, которой, как он утверждает, судом не было разъяснено гарантированное статьей 51 (часть 1) Конституции Российской Федерации право не свидетельствовать против себя самого, своего супруга и близких родственников, круг которых определяется федеральным законом. В этой связи заявитель просит признать часть пятую статьи 280 «Особенности допроса несовершеннолетнего потерпевшего и свидетеля» УПК Российской Федерации не соответствующей статьям 2, 19 (часть 1) и 51 2 (часть 1) Конституции Российской Федерации в той мере, в какой она не устанавливает требования суду разъяснять потерпевшим и свидетелям права, предусмотренные статьей 51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Гарантированное статьей 51 (часть 1) Конституции Российской Федерации право не свидетельствовать против себя самого, своего супруга и близких родственников, круг которых определяется федеральным законом, предполагает, что лицо может отказаться от дачи показаний. Данное конституционное право принадлежит всем участникам уголовного судопроизводства, в том числе потерпевшему, который как участник уголовного судопроизводства со стороны обвинения (пункт 47 статьи 5 УПК Российской Федерации) имеет свои собственные интересы и для их защиты наделяется соответствующими правами. Вместе с тем реализация прав потерпевшего, гарантированных Конституцией Российской Федерации, прав обвиняемого не нарушает. Оспариваемая же С.В.Михайлычевым часть пятая статьи 280 УПК Российской Федерации устанавливает лишь особенности допроса несовершеннолетнего потерпевшего и свидетеля, а потому не может расцениваться как нарушающая конституционные права заявителя обозначенным им образом.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Михайлычева Сергея Владимировича, поскольку она не отвечает требованиям Федерального конституционного закона «О Конституционном 3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