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Гафурова Юрия Абдулхаковича на нарушение его конституционных прав положениями статей 70 и 71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Ю.А.Гафурова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Ю.А.Гафуров, замещавший должность государственной гражданской службы и уволенный с государственной гражданской службы в связи с неудовлетворительным результатом испытания (часть 7 статьи 27 Федерального закона от 27 июля 2004 года № 79-ФЗ «О государственной гражданской службе Российской Федерации»), оспаривает конституционность частей первой и четвертой статьи 70 «Испытание при приеме на работу» и частей первой и четвертой статьи 71 «Результат испытания при приеме на работу» Трудового кодекса Российской Федерации. По мнению заявителя, оспариваемые нормы противоречат Конституции Российской Федерации, ее статьям 17 (часть 3) и 37 (части 1 и 2), поскольку 2 предоставляют работодателю ничем не ограниченное право производить оценку профессиональных и деловых качеств работника при прохождении им испытания без определения объективных и прозрачных критериев такой оценки; предоставляют работодателю право не указывать, какие конкретные деловые и профессиональные качества работника препятствуют выполнению им трудовой функции в период испытания; предоставляют работодателю право возлагать на проходящего испытание работника обязанности, не предусмотренные трудовым договором, должностной инструкцией, иными локальными нормативными актами работодателя.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Гафурова Юрия Абдулхаковича,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