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Зотова Юрия Николаевича о разъяснении и дополнении Определения Конституционного Суда Российской Федерации от 28 сентября 2023 года № 2476-О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Ю.Н.Зотова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Требуя дополнить Определение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Зотова Юрия Николаевича о разъяснении и дополнении Определения Конституционного Суда Российской Федерации от 28 сентября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