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Лазуковой Ирины Александровны о вынесении дополнительного определения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гражданки И.А.Лазуковой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25 апреля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от 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Лазуковой Ирины Александровны о вынесении дополнительного определения Конституционного Суда Российской Федерации.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