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В.А.Шеина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Шеина Виктора Афанасьевича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