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Б.К.Хакимова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Хакимова Бахтиёра Каюмовича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