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И.М.Суховеева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Суховеева Израиля Михайловича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