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П.Б.Эльтермана и В.М.Скобелевой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Эльтермана Павла Бенаровича и Скобелевой Валентины Михайловны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Федерации В.Д.Зорькин № 59-ПР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