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В.И.Чвановой вопрос о возможности принятия ее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гражданки Чвановой Валентины Ивановны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52-ПР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