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С.А.Хоменка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Хоменка Сергея Александровича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40-ПР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