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А.Е.Болонкина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Болонкина Анатолия Егоровича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