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Д.Н.Донского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Донского Дмитрия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