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Т.В.Гусевой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Гусевой Тамары Васильевны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