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А.Ф.Охремчука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Охремчука Александра Фёдоровича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