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В.В.Березикова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Березикова Владимира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38-ПР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