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52-П/2022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гражданки Л.И.Банщиковой вопрос о возможности принятия ее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гражданки Банщиковой Людмилы Ивановны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52-ПР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