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В.Н.Овчинникова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Овчинникова Владимира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