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А.В.Игнатова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Игнатова Александра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