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Ф.С.Павловского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Павловского Феликса Станиславовича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