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С.А.Цыганюка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Цыганюка Сергея Антоновича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