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К.Е.Геворкова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Геворкова Каро Ервандовича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