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В.Г.Вербицкого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Вербицкого Владимира Григорьевича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