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И.В.Румянцева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Румянцева Игоря Валерьевича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