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А.А.Белика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Белика Александра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