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И.А.Морозовой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Морозовой Ирины Алексеевны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38-ПР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