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В.С.Кравцова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Кравцова Владимира Сергеевича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