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С.Г.Або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Або Светланы Геннадьевны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