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Н.Кузьменко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Кузьменко Серге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