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А.Р.Лубкова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Лубкова Александра Риммовича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