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В.А.Солодова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Солодова Валерия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