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М.Ю.Бредихина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Бредихина Михаила Юрьевича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