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В.А.Кипятковой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Кипятковой Валентины Александровны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55-ПР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