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Н.Н.Адамовича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Адамовича Николая Николаевича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