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В.А.Тынянова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Тынянова Владимира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