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Г.Ф.Каланакова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Каланакова Геннадия Федоровича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