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А.В.Папкова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Папкова Александра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