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Л.Г.Бычковой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Бычковой Любови Гавриловны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43-ПР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