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Н.А.Сидоревича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Сидоревича Николая Адамовича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88-ПР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