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Т.А.Стуловой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Стуловой Татьяны Александровны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