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Н.В.Топольской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Топольской Никиты Владимировны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