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В.П.Войшвилло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Войшвилло Владимира Петровича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