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Н.Н.Солуянова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Солуянова Николая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