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А.В.Никуличе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Никуличевой Анны Владими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